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DF8"/>
            <w:tcBorders>
              <w:top w:val="double" w:sz="18" w:color="D5A62E"/>
              <w:left w:val="double" w:sz="18" w:color="D5A62E"/>
              <w:bottom w:val="double" w:sz="18" w:color="D5A62E"/>
              <w:right w:val="double" w:sz="18" w:color="D5A62E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43000" cy="1143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ibbon-mark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color w:val="D5A62E"/>
                <w:sz w:val="52"/>
              </w:rPr>
              <w:t>PROUD PARTICIPATING SCHOOL</w:t>
            </w:r>
          </w:p>
          <w:p>
            <w:pPr>
              <w:jc w:val="center"/>
            </w:pPr>
            <w:r>
              <w:rPr>
                <w:b/>
                <w:color w:val="0B0B0B"/>
                <w:sz w:val="40"/>
              </w:rPr>
              <w:t>BLACK RIBBON CAMPAIGN</w:t>
            </w:r>
          </w:p>
          <w:p>
            <w:pPr>
              <w:jc w:val="center"/>
            </w:pPr>
            <w:r>
              <w:rPr>
                <w:b w:val="0"/>
                <w:color w:val="5B5B5B"/>
                <w:sz w:val="22"/>
              </w:rPr>
              <w:t>This certificate recognizes</w:t>
            </w:r>
          </w:p>
          <w:p>
            <w:pPr>
              <w:jc w:val="center"/>
            </w:pPr>
            <w:r>
              <w:rPr>
                <w:b/>
                <w:color w:val="0B0B0B"/>
                <w:sz w:val="52"/>
              </w:rPr>
              <w:t>[SCHOOL NAME]</w:t>
            </w:r>
          </w:p>
          <w:p>
            <w:pPr>
              <w:jc w:val="center"/>
            </w:pPr>
            <w:r>
              <w:rPr>
                <w:b w:val="0"/>
                <w:color w:val="0B0B0B"/>
                <w:sz w:val="24"/>
              </w:rPr>
              <w:t>for standing together in unity and strength in the fight against racism and intolerance.</w:t>
            </w:r>
          </w:p>
          <w:p>
            <w:pPr>
              <w:jc w:val="center"/>
            </w:pPr>
            <w:r>
              <w:rPr>
                <w:b/>
                <w:color w:val="D5A62E"/>
                <w:sz w:val="34"/>
              </w:rPr>
              <w:t>ONE RIBBON. ONE MESSAGE.</w:t>
            </w:r>
          </w:p>
          <w:p>
            <w:pPr>
              <w:jc w:val="center"/>
            </w:pPr>
            <w:r>
              <w:t>Date: _____________________     School Representative: _____________________</w:t>
            </w:r>
          </w:p>
          <w:p>
            <w:pPr>
              <w:jc w:val="center"/>
            </w:pPr>
            <w:r>
              <w:rPr>
                <w:b/>
              </w:rPr>
              <w:t>blackribboncampaign.com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576" w:right="936" w:bottom="57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B5B5B"/>
        <w:sz w:val="16"/>
      </w:rPr>
      <w:t>blackribboncampaign.com  |  Unity. Strength. Action.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B5B5B"/>
        <w:sz w:val="16"/>
      </w:rPr>
      <w:t>BLACK RIBBON CAMPAIGN - PARTICIPATING SCHOOL CERTIFICATE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B0B0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B0B0B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D5A62E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B0B0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b/>
      <w:color w:val="0B0B0B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CEyebrow">
    <w:name w:val="BRC Eyebrow"/>
    <w:pPr>
      <w:spacing w:after="60"/>
    </w:pPr>
    <w:rPr>
      <w:rFonts w:ascii="Arial" w:hAnsi="Arial"/>
      <w:b/>
      <w:color w:val="D5A62E"/>
      <w:sz w:val="16"/>
    </w:rPr>
  </w:style>
  <w:style w:type="paragraph" w:customStyle="1" w:styleId="BRCSmall">
    <w:name w:val="BRC Small"/>
    <w:rPr>
      <w:rFonts w:ascii="Arial" w:hAnsi="Arial"/>
      <w:color w:val="5B5B5B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